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ALLEGATO A — DOMANDA DI ASSEGNAZIONE POSTO LETTO DSU</w:t>
      </w:r>
    </w:p>
    <w:p>
      <w:pPr>
        <w:spacing w:after="320"/>
        <w:jc w:val="center"/>
      </w:pPr>
      <w:r>
        <w:rPr>
          <w:sz w:val="21"/>
        </w:rPr>
        <w:t>Node Cassino — D'Annolfo Living SRL — Anno accademico 2026/2027</w:t>
      </w:r>
    </w:p>
    <w:p>
      <w:pPr>
        <w:spacing w:after="120"/>
      </w:pPr>
      <w:r>
        <w:t>Al gestore D'Annolfo Living SRL — PEC: dannolfoliving@pec.it oppure e-mail: dannolfoliving@gmail.com</w:t>
      </w:r>
    </w:p>
    <w:p>
      <w:pPr>
        <w:spacing w:before="200" w:after="80"/>
      </w:pPr>
      <w:r>
        <w:rPr>
          <w:b/>
          <w:sz w:val="24"/>
        </w:rPr>
        <w:t>Bando per cui si presenta domanda (selezionare una sola opzione)</w:t>
      </w:r>
    </w:p>
    <w:p>
      <w:pPr>
        <w:spacing w:after="120"/>
      </w:pPr>
      <w:r>
        <w:t>☐  Bando A — posti letto riservati a studentesse e studenti meritevoli (70% dei posti, n. 43)</w:t>
      </w:r>
    </w:p>
    <w:p>
      <w:pPr>
        <w:spacing w:after="120"/>
      </w:pPr>
      <w:r>
        <w:t>☐  Bando B — posti letto riservati a studentesse e studenti meritevoli e privi di mezzi (30% dei posti, n. 18)</w:t>
      </w:r>
    </w:p>
    <w:p>
      <w:pPr>
        <w:spacing w:before="200" w:after="80"/>
      </w:pPr>
      <w:r>
        <w:rPr>
          <w:b/>
          <w:sz w:val="24"/>
        </w:rPr>
        <w:t>Il/La sottoscritto/a</w:t>
      </w:r>
    </w:p>
    <w:p>
      <w:pPr>
        <w:spacing w:after="160"/>
      </w:pPr>
      <w:r>
        <w:rPr>
          <w:b/>
        </w:rPr>
        <w:t xml:space="preserve">Cognome e nome: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Luogo e data di nascita: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Codice fiscale: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Residenza (via, città, provincia):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Telefono: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Indirizzo e-mail (verrà usato per tutte le comunicazioni relative alla domanda): </w:t>
      </w:r>
      <w:r>
        <w:t>________________________________________</w:t>
      </w:r>
    </w:p>
    <w:p>
      <w:pPr>
        <w:spacing w:before="200" w:after="80"/>
      </w:pPr>
      <w:r>
        <w:rPr>
          <w:b/>
          <w:sz w:val="24"/>
        </w:rPr>
        <w:t>Dati universitari</w:t>
      </w:r>
    </w:p>
    <w:p>
      <w:pPr>
        <w:spacing w:after="160"/>
      </w:pPr>
      <w:r>
        <w:rPr>
          <w:b/>
        </w:rPr>
        <w:t xml:space="preserve">Università / istituto AFAM: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Corso di laurea / laurea magistrale / dottorato / scuola di specializzazione: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Anno di iscrizione per l'A.A. 2026/2027: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Numero di matricola (se già iscritto):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CFU acquisiti al 10 agosto 2026 (solo iscritti ad anni successivi al primo):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Indicatore ISEEU: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Indicatore ISPEU: </w:t>
      </w:r>
      <w:r>
        <w:t>________________________________________</w:t>
      </w:r>
    </w:p>
    <w:p>
      <w:pPr>
        <w:spacing w:before="200" w:after="80"/>
      </w:pPr>
      <w:r>
        <w:rPr>
          <w:b/>
          <w:sz w:val="24"/>
        </w:rPr>
        <w:t>Dichiara sotto la propria responsabilità (artt. 46 e 47 D.P.R. 445/2000)</w:t>
      </w:r>
    </w:p>
    <w:p>
      <w:pPr>
        <w:pStyle w:val="ListBullet"/>
        <w:spacing w:after="80"/>
      </w:pPr>
      <w:r>
        <w:t>di essere in possesso dei requisiti di merito e reddito richiesti dal Bando indicato, come descritti all'art. 3 dell'Avviso per l'assegnazione di posti letto DSU — Node Cassino, A.A. 2026/2027;</w:t>
      </w:r>
    </w:p>
    <w:p>
      <w:pPr>
        <w:pStyle w:val="ListBullet"/>
        <w:spacing w:after="80"/>
      </w:pPr>
      <w:r>
        <w:t>di avere lo status di studente fuori sede secondo i criteri del bando DSU dell'Organismo territorialmente competente;</w:t>
      </w:r>
    </w:p>
    <w:p>
      <w:pPr>
        <w:pStyle w:val="ListBullet"/>
        <w:spacing w:after="80"/>
      </w:pPr>
      <w:r>
        <w:t>di non avere riportato condanne penali e di non avere carichi pendenti;</w:t>
      </w:r>
    </w:p>
    <w:p>
      <w:pPr>
        <w:pStyle w:val="ListBullet"/>
        <w:spacing w:after="80"/>
      </w:pPr>
      <w:r>
        <w:t>di non essere affetto/a da patologie non compatibili con la vita di comunità;</w:t>
      </w:r>
    </w:p>
    <w:p>
      <w:pPr>
        <w:pStyle w:val="ListBullet"/>
        <w:spacing w:after="80"/>
      </w:pPr>
      <w:r>
        <w:t>di essere consapevole che la non veridicità delle dichiarazioni comporta la decadenza dall'assegnazione del posto letto, oltre alle sanzioni previste dalla legge;</w:t>
      </w:r>
    </w:p>
    <w:p>
      <w:pPr>
        <w:pStyle w:val="ListBullet"/>
        <w:spacing w:after="80"/>
      </w:pPr>
      <w:r>
        <w:t>di aver letto l'Avviso e il Regolamento della Residenza Node Cassino e di accettarne integralmente il contenuto in caso di assegnazione.</w:t>
      </w:r>
    </w:p>
    <w:p>
      <w:pPr>
        <w:spacing w:before="200" w:after="80"/>
      </w:pPr>
      <w:r>
        <w:rPr>
          <w:b/>
          <w:sz w:val="24"/>
        </w:rPr>
        <w:t>Eventuali richieste particolari</w:t>
      </w:r>
    </w:p>
    <w:p>
      <w:pPr>
        <w:spacing w:after="160"/>
      </w:pPr>
      <w:r>
        <w:rPr>
          <w:b/>
        </w:rPr>
        <w:t xml:space="preserve">Alloggio in unità attrezzata per disabilità (indicare eventuale necessità): </w:t>
      </w:r>
      <w:r>
        <w:t>__________________________________________________</w:t>
      </w:r>
    </w:p>
    <w:p>
      <w:pPr>
        <w:spacing w:before="200" w:after="80"/>
      </w:pPr>
      <w:r>
        <w:rPr>
          <w:b/>
          <w:sz w:val="24"/>
        </w:rPr>
        <w:t>Allegati da presentare insieme alla presente domanda</w:t>
      </w:r>
    </w:p>
    <w:p>
      <w:pPr>
        <w:pStyle w:val="ListBullet"/>
        <w:spacing w:after="80"/>
      </w:pPr>
      <w:r>
        <w:t>Copia di un documento di identità in corso di validità;</w:t>
      </w:r>
    </w:p>
    <w:p>
      <w:pPr>
        <w:pStyle w:val="ListBullet"/>
        <w:spacing w:after="80"/>
      </w:pPr>
      <w:r>
        <w:t>Attestazione ISEE/ISEEU e ISPEU in corso di validità per l'A.A. di riferimento;</w:t>
      </w:r>
    </w:p>
    <w:p>
      <w:pPr>
        <w:pStyle w:val="ListBullet"/>
        <w:spacing w:after="80"/>
      </w:pPr>
      <w:r>
        <w:t>Autocertificazione CFU acquisiti (per gli iscritti ad anni successivi al primo);</w:t>
      </w:r>
    </w:p>
    <w:p>
      <w:pPr>
        <w:pStyle w:val="ListBullet"/>
        <w:spacing w:after="80"/>
      </w:pPr>
      <w:r>
        <w:t>Documento attestante l'iscrizione all'A.A. 2026/2027 (o, se non ancora immatricolati, dichiarazione di intenzione a immatricolarsi).</w:t>
      </w:r>
    </w:p>
    <w:p>
      <w:pPr>
        <w:spacing w:before="320" w:after="80"/>
      </w:pPr>
      <w:r>
        <w:rPr>
          <w:b/>
          <w:sz w:val="24"/>
        </w:rPr>
        <w:t>Informativa privacy (GDPR)</w:t>
      </w:r>
    </w:p>
    <w:p>
      <w:pPr>
        <w:spacing w:after="120"/>
      </w:pPr>
      <w:r>
        <w:t>Il/La sottoscritto/a dichiara di aver letto l'informativa sul trattamento dei dati personali di cui all'art. 13 del Bando e presta il proprio consenso al trattamento dei dati per le finalità ivi indicate.</w:t>
      </w:r>
    </w:p>
    <w:p/>
    <w:p>
      <w:r>
        <w:rPr>
          <w:b/>
        </w:rPr>
        <w:t xml:space="preserve">Data: </w:t>
      </w:r>
      <w:r>
        <w:t>____________________</w:t>
        <w:tab/>
        <w:tab/>
      </w:r>
      <w:r>
        <w:rPr>
          <w:b/>
        </w:rPr>
        <w:t xml:space="preserve">Firma: </w:t>
      </w:r>
      <w:r>
        <w:t>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